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בחט״ב: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 היחידות המרכזיות באתר בסדר הגיוני אחד אחרי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של מושגי לשון בסיסיים דרך דוגמאות קצרות וברורות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להכין את התלמידים והתלמידות למבדק מסכם בעזרת תרגול מדורג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עצמאית בעזרת דפי תרגול עם הסבר קצר לפני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הדיבר והפועל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לא, הוא בזמן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עתיד,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הדיבר והפועל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הדיבר והפועל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(תואר הפועל)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(מילת יחס)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חלקי הדיבר והפועל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הוא שר טוב. (המילה טוב מתארת איך הוא 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תואר מתאר שם עצם (ילד חכם), תואר הפועל מתאר פעולה (רץ מהר)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צירופים: סמיכות ושם ותוארו, ומאזכרים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צירוף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צירוף שם ותוארו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צירופים: סמיכות ושם ותוארו, ומאזכרים – המשך 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למשל "בית ספר" – שתי המילים הן שמות עצם, בלי תואר.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בעברית התואר בא אחרי השם, כמו ב"ילד חכם".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צירופים: סמיכות ושם ותוארו, ומאזכרים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סמיכות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צירופים: סמיכות ושם ותוארו, ומאזכרים – ה׳ הידיעה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סימני פיסוק – זיהוי 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להפריד בין פריטים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להוסיף הסבר 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סימני פיסוק – השלמת הסימן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סוגריים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סימני פיסוק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שמביע הפתעה או שמחה ומסתיים בסימן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פסיק בין שתי מילים או פרטים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שבו מופיעים דברי אמירה בתוך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מוסיפים הסבר או מידע נוסף בלי לשבור את המשפט העיקרי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כתיבת טיעון – זיהוי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בטיעון טוב יש גם דוגמאות שמחזקות את הנימוקים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עובדה מבוססת על מידע שאפשר לאמת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דעה היא מה שאדם חושב, ולכן אנשים שונים יכולים לחשוב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הבקשה במכתב היא הטענה המרכזית של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טיעון – מילות קישור וחלקי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טיעון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עובדה: משפט שאפשר לבדוק; דעה: משפט שמביע מה הכותב חושב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טענה ברורה ואחריה נימוק עם מילת קישור כמו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ניבים וביטויים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(אדם טוב ונדיב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(יחד, בשיתוף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(מסתכלים על אחרים בלב טוב, בלי קנאה)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(לוקח יוזמה ואחריות)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(שותקים ולא אומרים מילה)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ניבים וביטויים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ניב שמתאר תחרות צמודה עד הרגע האחרון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ניב שמתאר תכונת אופי טובה, לא חפץ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הכוונה היא לשתוק ולא לגלות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הניב מתאר עבודה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הניב מתאר יחס חיובי וחסר קנאה כלפי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ניבים וביטויים – השלמת הניב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 בראש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 בפה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יד ביד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סוגי טקסטים ותעודת זהות לטקסט – היכרות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סוגי טקסטים ותעודת זהות לטקסט – התאמה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(כותרת ופרטים על 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(במה ותאריך הפרסום)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(פעלים בלשון ציווי)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(מונחים והגדרות)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(מוען, נמען, מועד ומטרה)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לתת דוגמה אחת משלו/ה לכל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מזהה נכון לפחות שלושה חלקים מתוך טקסט טיעוני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מסביר/ה בשתי מילים לפחות ניב אחד מהרשימה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ולסיים עם דף חזרה קצר בסוף כל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כדאי להשתמש בגרסת חנ״מ עם פחות אפשרויות ורמזים מדורגים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להוסיף מילון מונחים עם הסבר פשוט לצד כל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המבחן המסכם כדאי לחזור על פרק הפיסוק והטיעון, כי הם משולבים יחד בשאלות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בחט״ב: משחקים ופעילויות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תרגילים. בכל פרק יש קודם הסבר קצר. קראו את ההסבר. אחר כך פתרו את התרגילים. בסוף בדקו את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ששם לדבר, לאדם או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עושים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פעולה, ויש לה זמן וגוף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שמהן בנויה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 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שיחד יוצרות משמעות אחת, כמו 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מילה אחרת בטקסט, כמו הוא או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עם משמעות מיוחדת, לא 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המרכזי שרוצים לשכנע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 לטקסט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כתב, למי, למה ומתי נכתב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חלקי הדיבר והפועל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"מהר" מתאר איך רצה הילדה – איזה חלק דיבר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"הגבוה" מתאר את העץ – איזה חלק דיבר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"על" מחברת בין שתי מילים – מה סוגה?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קורה "נכתוב" – בעבר או בעתיד?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הוא בזמן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לא, הוא בזמן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לא, הוא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כותב ומתי? "נכתוב"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עבר,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עתיד,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הווה,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ציווי, אתם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חלקי הדיבר והפועל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"כתבנו"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הפעולה של הפועל "לרוץ"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חלקי הדיבר והפועל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תואר הפועל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מילת יחס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חלקי הדיבר והפועל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המילה "טוב" משמשת תואר הפועל (מתארת פעולה, לא שם עצם).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שם תואר לתואר הפועל.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צירופים: סמיכות ושם ותוארו, ומאזכרים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צירוף הוא "בית ספר"?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צירוף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צירוף שם ותוארו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 ותואר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 ושם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צירוף הוא "ילד חכם"?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צירוף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צירוף שם ותוארו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שמות עצם נפרדים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 ושם עצם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צירופים: סמיכות ושם ותוארו, ומאזכרים – המשך 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 שתי המילים הן שמות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שם ותוארו התואר בא לפני השם שהוא מתאר.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צירופים: סמיכות ושם ותוארו, ומאזכרים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"שולחן עבודה" הוא צירוף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צירופים: סמיכות ושם ותוארו, ומאזכרים – ה׳ הידיעה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הוספת ה׳ הידיעה לצירוף "בית ספר": בית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תקנו את הצירוף "ילדות קטנים" כך שיתאים במין ובמספר: ילדות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סימני פיסוק – זיהוי 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סימן בא בסוף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סימן מראה התרגשות?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סימן מקיף דברי אמירה?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הפסיק?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בסוף כל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להפריד בין פריטים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כל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בתחילת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משמשים סוגריים?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הסבר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להפריד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סימני פיסוק – השלמת הסימן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'מה השעה עכשיו' צריך להסתיים בסימן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להפריד בין כמה פריטים ברשימה משתמשים בסימן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לסמן דברים שמישהו אמר בדיוק משתמשים ב-__________.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תוספת או הסבר קצר באמצע משפט אפשר להכניס בתוך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סימני פיסוק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שמסתיים בסימן קריאה, בהשראת הטקסט 'הפתק בתיק'.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פסיק המפריד בין שני פרטים ברשימה.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עם מירכאות, כמו בטקסט 'יום ניקיון בחוף הכנרת', שבו מישהו אומר משהו.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למה בטקסט 'כביש מהיר בשמיים' יש צורך בסוגריים או בנקודתיים.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כתיבת טיעון – זיהוי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טיעוני מורכב מטענה ומנימוקים בלבד, בלי דוגמאות.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היא משפט שאפשר לבדוק ולהוכיח אם הוא נכון.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תמיד זהה אצל כל האנשים.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על הגינה בפינה הריקה, הבקשה של הכותב היא למעשה הטענה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כתיבת טיעון – מילות קישור וחלקי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חושב שכדאי לנטוע עצים ברחוב, __________ הם מנקים את האוויר שאנחנו נושמים.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תלמידים שרוצים הפסקה ארוכה, __________ יש כאלה שמעדיפים הפסקות 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הנימוקים שהבאתי מראים __________ חשוב לפתוח גינה קהילתית בשכונה.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אפשר לספר על הילדים ששיחקו בגינה הישנה לפני שהיא ננטשה.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כתיבת טיעון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שהוא עובדה ומשפט אחד שהוא דעה על נושא ההפסקות בבית הספר.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טענה קצרה ונימוק אחד התומך בה בנושא חשוב בעיניכם, למשל שמירה על ניקיון השכונה.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ניבים וביטויים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לב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יחד, בשיתוף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 ביד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לוקח יוזמה ואחריות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שותקים ולא אומרים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טוב ונדיב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מים בפה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מסתכלים על אחרים בלב טוב, בלי קנאה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ניבים וביטויים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שתי קבוצות משחקות ראש בראש עד השריקה, זה אומר שהן היו שוות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שיש לו לב זהב, יש לו לב שעשוי ממש ממתכת זהב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מים בפה פירושו לשתות כוס מים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שעובד יד ביד עם חברו, עובד איתו בשיתוף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עין טובה פירושה שיש לאדם עיניים בצבע כחול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ניבים וביטויים – השלמת הניב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עזר לחבריו בלי לבקש דבר בתמורה, יש לו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שתי הקבוצות היו שוות בניקוד עד הדקה האחרונה, המשחק היה __________ עד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דנה לא גילתה את הסוד לאף אחד, היא ממש לקחה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אנחנו נעבוד על הפרויקט __________ כדי להצליח ביחד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סוגי טקסטים ותעודת זהות לטקסט – היכרות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סוג הטקסט על היריד?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סוג הטקסט של הוראות השתילה?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סוגי טקסטים ותעודת זהות לטקסט – התאמה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פעלים בלשון ציווי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מונחים והגדרות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מוען, נמען, מועד ומטרה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מאמר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כותרת ופרטים על 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תעודת זהות לטקסט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במה ותאריך הפרסום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להבדיל בין שם תואר לתואר הפועל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טענה, נימוק ומילת קישור בטקסט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ניב למשמעות מילולית?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לשון בחט״ב: משחקים ופעילויות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